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איך בונים כלים דיגיטליים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בניית כלים דיגיטליים לכיתה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בניית כלים דיגיטליים לכיתה: לוח שיתופי, מגילון חי, טופס הרשמה ופוסטר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חשיבות הפרטיות והבטיחות ואת עקרון 'כלי אחד בשבוע'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פעולות נכון ביצירת כלי דיגיטלי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כלי קיר שיתופי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לחפש ולסנן מידע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בתיאור המדריך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לבנות לבד בכלי קיר שיתופי או להשתמש במוכן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היכולת המרכזית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שיתופי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גיליונות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הכלי לתיאור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(מקום לכתיבה משותפת של כל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(טבלה עם אפשרות חיפוש וסינון)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(איסוף פרטים מהתלמידים)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(יצירה אישית שנבנית מטופס וטבלה)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יצירת הפוסטר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ממלאים טופס עם פרטים אישיים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הפרטים נאספים בטבלה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יוצרים עיצוב אחיד בקנבה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מייצרים בכמות גדולה לכל התלמידים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כתיבה משותפת של כל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טופס, טבלה, יצירה בקנבה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להגן על פרטי התלמידים ולמנוע שיתוף מידע לא בטוח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המצגת בכיתה לפני מילוי הדף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הסדר בעבודה בזוגות כדי לעודד 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לקושי בכיתות חלשות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איך בונים כלים דיגיטליים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בניית כלים דיגיטליים לכיתה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המדריך מציג דרך פשוטה לבנות כלים דיגיטליים לכיתה, כמו לוח שיתופי, מגילון חי, טופס הרשמה ופוסטר אישי, שלב אחר שלב.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גיליונות  ·  שיתופי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שקפים יש במצגת ההדרכה?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כלי אפשר לבנות לוח שיתופי בעצמנו?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כלי קיר שיתופי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טבלה בגיליונות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טופס גוגל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אפשר לעשות במגילון החי שבנוי בגיליונות גוגל?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לחפש ולסנן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לצייר איורים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ליצור מצגת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המצגת כוללת 22 שקפים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לבנות לוח שיתופי רק עם הכלי המוכן ולא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המגילון החי מאפשר חיפוש וסינון מידע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הלוח ה__________ מאפשר לכמה אנשים לכתוב יחד על אותו מסמך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המגילון החי נבנה בעזרת __________ של גוגל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הכלי לתיאור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לוח שיתופי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איסוף פרטים מהתלמידים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מגילון חי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יצירה אישית שנבנית מטופס וטבלה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טופס הרשמה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לכתיבה משותפת של כל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פוסטר הכירו אותי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טבלה עם אפשרות חיפוש וסינון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יצירת הפוסטר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מייצרים בכמות גדולה לכל התלמידים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ממלאים טופס עם פרטים אישיים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הפרטים נאספים בטבלה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יוצרים עיצוב אחיד בקנבה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לוח שיתופי ולמה הוא משמש?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הסדר הנכון ליצירת פוסטר הכירו אותי?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בניית כלים דיגיטליים לכיתה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