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איך בונים כלים דיגיטליים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בניית כלים דיגיטליים לכיתה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בניית כלים דיגיטליים לכיתה: לוח שיתופי, מגילון חי, טופס הרשמה ופוסטר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חשיבות הפרטיות והבטיחות ואת עקרון 'כלי אחד בשבוע'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פעולות נכון ביצירת כלי דיגיטלי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כלי קיר שיתופי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לחפש ולסנן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בטפסים, באתר, בקנבה או בהודעה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סגנון תלת־ממדי צבעוני לילדים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בתיאור המדריך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לבנות לבד בכלי קיר שיתופי או להשתמש במוכן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היכולת המרכזית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גם בטפסים, באתר ובקנבה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מוזכר בסוף המדריך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שיתופי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גיליונות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קנבה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3x3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הכלי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(מקום לכתיבה משותפת של כל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(טבלה עם אפשרות חיפוש וסינון)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(איסוף פרטים מהתלמידים)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(יצירה אישית שנבנית מטופס וטבלה)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(עזר לוודא שלא שכחנו שלב חשוב)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יצירת הפוסטר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ממלאים טופס עם פרטים אישיים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הפרטים נאספים בטבלה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יוצרים עיצוב אחיד בקנבה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מייצרים בכמות גדולה לכל התלמידים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מדפיסים או משתפים את הפוסטרים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לוח שיתופי הוא מקום לכתיבה משותפת, ואילו מגילון חי הוא טבלה עם אפשרות חיפוש וסינון 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כתיבה משותפת של כל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טופס, טבלה, יצירה בקנבה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להגן על פרטי התלמידים ולמנוע שיתוף מידע לא בטוח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המצגת בכיתה לפני מילוי הדף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הסדר בעבודה בזוגות כדי לעודד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לקושי בכיתות חלשות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איך בונים כלים דיגיטליים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בניית כלים דיגיטליים לכיתה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מדריך שמסביר איך בונים כלים דיגיטליים לכיתה, כמו לוח משותף או פוסטר. בדף הזה נתרגל את מה שכתוב במדריך.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שיתופי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דיגיטלי שכולם בכיתה יכולים לכתוב בו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מגילון חי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בגיליונות של גוגל עם אפשרות לחפש ולסנן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טופס הרשמה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שבו אוספים פרטים מהתלמידים, כמו שם או כתובת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כפתור הרשמה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קישור שמוביל ישירות לטופס ההרשמה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פוסטר הכירו אותי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עיצוב אישי לכל תלמיד שנוצר מטופס ומטבלה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רשימת בדיקה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רשימה שעוזרת לוודא שלא שכחנו שלב חשוב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בחירה 3x3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עם תשע אפשרויות לבחירה, בנויה לפי שורות ועמודות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שקפים יש במצגת?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מה בונים לוח שיתופי לבד?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כלי קיר שיתופי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טבלה בגיליונות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טופס גוגל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עם המגילון?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לחפש ולסנן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איורים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ליצור מצגת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לשלוח 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אפשר לשים כפתור הרשמה?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בטפסים של גוגל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בטפסים, באתר, בקנבה או בהודעה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בקנבה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סגנון כדאי לבקש לאיור לילדים?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סגנון תלת־ממדי צבעוני לילדים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סגנון שחור לבן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איור עם הרבה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 מטושטשת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המצגת כוללת 22 שקפים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לבנות לוח שיתופי רק עם הכלי המוכן ולא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המגילון החי מאפשר חיפוש וסינון מידע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כפתור ההרשמה אפשרי רק בהודעת 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המדריך ממליץ לבנות כלי דיגיטלי אחד בשבוע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הלוח ה__________ מאפשר לכמה אנשים לכתוב יחד על אותו מסמך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המגילון החי נבנה בעזרת __________ של גוגל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ליצור פוסטר הכירו אותי בכמות גדולה משתמשים בכלי בשם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לוח הבחירה למורים מאורגן בצורת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הכלי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לוח שיתופי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עזר לוודא שלא שכחנו שלב 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מגילון חי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יצירה אישית שנבנית מטופס וטבלה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טופס הרשמה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לכתיבה משותפת של כל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פוסטר הכירו אותי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טבלה עם אפשרות חיפוש וסינון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רשימת בדיקה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איסוף פרטים מהתלמידים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יצירת הפוסטר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מייצרים בכמות גדולה לכל התלמידים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יוצרים עיצוב אחיד בקנבה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ממלאים טופס עם פרטים אישיים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מדפיסים או משתפים את הפוסטרים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הפרטים נאספים בטבלה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לוח שיתופי למגילון חי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לוח שיתופי ולמה הוא משמש?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הסדר הנכון ליצירת פוסטר הכירו אותי?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לחשוב על פרטיות ובטיחות כשבונים כלי דיגיטלי?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בניית כלים דיגיטליים לכיתה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