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איך בונים כלים דיגיטליים לכיתה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בניית כלים דיגיטליים לכיתה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שלבי בניית כלים דיגיטליים לכיתה: לוח שיתופי, מגילון חי, טופס הרשמה ופוסטר אישי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חשיבות הפרטיות והבטיחות ואת עקרון 'כלי אחד בשבוע'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סדר פעולות נכון ביצירת כלי דיגיטלי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22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כלי קיר שיתופי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לחפש ולסנן מידע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בטפסים, באתר, בקנבה או בהודעה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סגנון תלת־ממדי צבעוני לילדים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כתוב בתיאור המדריך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אפשר לבנות לבד בכלי קיר שיתופי או להשתמש במוכן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זו היכולת המרכזית שלו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אפשר גם בטפסים, באתר ובקנבה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כך מוזכר בסוף המדריך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שיתופי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גיליונות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קנבה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3x3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הכלי לתיאור שלו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(מקום לכתיבה משותפת של כל הכיתה)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(טבלה עם אפשרות חיפוש וסינון)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(איסוף פרטים מהתלמידים)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(יצירה אישית שנבנית מטופס וטבלה)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(עזר לוודא שלא שכחנו שלב חשוב)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יצירת הפוסטר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ממלאים טופס עם פרטים אישיים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הפרטים נאספים בטבלה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יוצרים עיצוב אחיד בקנבה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מייצרים בכמות גדולה לכל התלמידים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מדפיסים או משתפים את הפוסטרים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לוח שיתופי הוא מקום לכתיבה משותפת, ואילו מגילון חי הוא טבלה עם אפשרות חיפוש וסינון מידע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שמזכירה כתיבה משותפת של כל הכיתה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טופס, טבלה, יצירה בקנבה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כדי להגן על פרטי התלמידים ולמנוע שיתוף מידע לא בטוח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את המצגת בכיתה לפני מילוי הדף כדי לחזק 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לבצע את חלק הסדר בעבודה בזוגות כדי לעודד שיח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להשמיט את הפריטים המסומנים לקושי בכיתות חלשות יותר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איך בונים כלים דיגיטליים לכיתה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בניית כלים דיגיטליים לכיתה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המדריך מציג דרך פשוטה לבנות כלים דיגיטליים לכיתה, כמו לוח שיתופי, מגילון חי, טופס הרשמה ופוסטר אישי, שלב אחר שלב.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שקפים יש במצגת ההדרכה?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22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30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באיזה כלי אפשר לבנות לוח שיתופי בעצמנו?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כלי קיר שיתופי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טבלה בגיליונות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טופס גוגל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קנבה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אפשר לעשות במגילון החי שבנוי בגיליונות גוגל?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לחפש ולסנן מידע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לצייר איורים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ליצור מצגת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לשלוח הודעה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איפה אפשר להוסיף כפתור הרשמה?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רק בטפסים של גוגל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בטפסים, באתר, בקנבה או בהודעה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רק בקנבה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רק בהודעה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מומלץ לבקש כשיוצרים איור מטקסט לילדים?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סגנון תלת־ממדי צבעוני לילדים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סגנון שחור לבן למבוגרים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איור עם הרבה טקסט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תמונה מטושטשת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המצגת כוללת 22 שקפים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לבנות לוח שיתופי רק עם הכלי המוכן ולא לבד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המגילון החי מאפשר חיפוש וסינון מידע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כפתור ההרשמה אפשרי רק בהודעת טקסט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המדריך ממליץ לבנות כלי דיגיטלי אחד בשבוע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הלוח ה__________ מאפשר לכמה אנשים לכתוב יחד על אותו מסמך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המגילון החי נבנה בעזרת __________ של גוגל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כדי ליצור פוסטר הכירו אותי בכמות גדולה משתמשים בכלי בשם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לוח הבחירה למורים מאורגן בצורת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בין הכלי לתיאור שלו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לוח שיתופי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טבלה עם אפשרות חיפוש וסינון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מגילון חי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יצירה אישית שנבנית מטופס וטבלה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טופס הרשמה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עזר לוודא שלא שכחנו שלב חשוב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פוסטר הכירו אותי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מקום לכתיבה משותפת של כל הכיתה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רשימת בדיקה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איסוף פרטים מהתלמידים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שלבי יצירת הפוסטר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הפרטים נאספים בטבלה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מדפיסים או משתפים את הפוסטרים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ממלאים טופס עם פרטים אישיים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יוצרים עיצוב אחיד בקנבה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מייצרים בכמות גדולה לכל התלמידים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במילים שלכם מה ההבדל בין לוח שיתופי למגילון חי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לוח שיתופי ולמה הוא משמש?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הסדר הנכון ליצירת פוסטר הכירו אותי?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חשוב לחשוב על פרטיות ובטיחות כשבונים כלי דיגיטלי?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בניית כלים דיגיטליים לכיתה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